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ind w:firstLine="0"/>
      </w:pPr>
      <w:r>
        <w:rPr>
          <w:b w:val="0"/>
        </w:rPr>
      </w:r>
    </w:p>
    <w:p>
      <w:pPr>
        <w:ind w:firstLine="0"/>
      </w:pPr>
      <w:r>
        <w:rPr>
          <w:b w:val="0"/>
        </w:rPr>
      </w:r>
    </w:p>
    <w:p>
      <w:pPr>
        <w:ind w:firstLine="0"/>
      </w:pPr>
      <w:r>
        <w:rPr>
          <w:b w:val="0"/>
        </w:rPr>
      </w:r>
    </w:p>
    <w:p>
      <w:pPr>
        <w:ind w:firstLine="0"/>
        <w:jc w:val="center"/>
      </w:pPr>
      <w:r>
        <w:rPr>
          <w:b/>
        </w:rPr>
        <w:t>[Full Manuscript Title in Title Case]</w:t>
      </w:r>
    </w:p>
    <w:p>
      <w:pPr>
        <w:ind w:firstLine="0"/>
      </w:pPr>
      <w:r>
        <w:rPr>
          <w:b w:val="0"/>
        </w:rPr>
      </w:r>
    </w:p>
    <w:p>
      <w:pPr>
        <w:ind w:firstLine="0"/>
        <w:jc w:val="center"/>
      </w:pPr>
      <w:r>
        <w:rPr>
          <w:b w:val="0"/>
        </w:rPr>
        <w:t>[Author One and Author Two]</w:t>
      </w:r>
    </w:p>
    <w:p>
      <w:pPr>
        <w:ind w:firstLine="0"/>
        <w:jc w:val="center"/>
      </w:pPr>
      <w:r>
        <w:rPr>
          <w:b w:val="0"/>
        </w:rPr>
        <w:t>[Department, Institution, or Independent Researcher]</w:t>
      </w:r>
    </w:p>
    <w:p>
      <w:pPr>
        <w:ind w:firstLine="0"/>
      </w:pPr>
      <w:r>
        <w:rPr>
          <w:b w:val="0"/>
        </w:rPr>
      </w:r>
    </w:p>
    <w:p>
      <w:pPr>
        <w:ind w:firstLine="0"/>
        <w:jc w:val="center"/>
      </w:pPr>
      <w:r>
        <w:rPr>
          <w:b/>
        </w:rPr>
        <w:t>Author Note</w:t>
      </w:r>
    </w:p>
    <w:p>
      <w:r>
        <w:rPr>
          <w:b w:val="0"/>
        </w:rPr>
        <w:t>[Include author ORCID identifiers where available, changes of affiliation, acknowledgments, funding, conflicts of interest, and correspondence details. Use separate paragraphs as needed. Include only contact information you agree to publish.]</w:t>
      </w:r>
    </w:p>
    <w:p>
      <w:r>
        <w:br w:type="page"/>
      </w:r>
    </w:p>
    <w:p>
      <w:pPr>
        <w:pStyle w:val="Heading1"/>
      </w:pPr>
      <w:r>
        <w:t>Abstract</w:t>
      </w:r>
    </w:p>
    <w:p>
      <w:pPr>
        <w:ind w:firstLine="0"/>
      </w:pPr>
      <w:r>
        <w:rPr>
          <w:b w:val="0"/>
        </w:rPr>
        <w:t>[In one unindented paragraph, summarize the research question, design, methods, principal results, and main limitations. Report the actual findings without overstating their implications. The journal requests an abstract of no more than 250 words.]</w:t>
      </w:r>
    </w:p>
    <w:p>
      <w:r>
        <w:rPr>
          <w:b w:val="0"/>
        </w:rPr>
      </w:r>
      <w:r>
        <w:rPr>
          <w:i/>
        </w:rPr>
        <w:t xml:space="preserve">Keywords: </w:t>
      </w:r>
      <w:r>
        <w:t>[three to five search terms]</w:t>
      </w:r>
    </w:p>
    <w:p>
      <w:r>
        <w:br w:type="page"/>
      </w:r>
    </w:p>
    <w:p>
      <w:pPr>
        <w:pStyle w:val="Heading1"/>
      </w:pPr>
      <w:r>
        <w:t>[Full Manuscript Title in Title Case]</w:t>
      </w:r>
    </w:p>
    <w:p>
      <w:r>
        <w:rPr>
          <w:b w:val="0"/>
        </w:rPr>
        <w:t>[Introduce the question, explain why you investigated it, and connect it to relevant prior work. State the aim or hypothesis and distinguish planned analyses from exploration. The introduction begins under the repeated paper title; it does not need an Introduction heading.]</w:t>
      </w:r>
    </w:p>
    <w:p>
      <w:pPr>
        <w:pStyle w:val="Heading1"/>
      </w:pPr>
      <w:r>
        <w:t>Method</w:t>
      </w:r>
    </w:p>
    <w:p>
      <w:pPr>
        <w:pStyle w:val="Heading2"/>
      </w:pPr>
      <w:r>
        <w:t>Design and Materials</w:t>
      </w:r>
    </w:p>
    <w:p>
      <w:r>
        <w:rPr>
          <w:b w:val="0"/>
        </w:rPr>
        <w:t>[Describe the design, materials, equipment, setting, and controls in enough detail for another researcher to reproduce the investigation. Include model numbers, software versions, units, and calibration where relevant.]</w:t>
      </w:r>
    </w:p>
    <w:p>
      <w:pPr>
        <w:pStyle w:val="Heading2"/>
      </w:pPr>
      <w:r>
        <w:t>Sampling and Procedure</w:t>
      </w:r>
    </w:p>
    <w:p>
      <w:r>
        <w:rPr>
          <w:b w:val="0"/>
        </w:rPr>
        <w:t>[Explain how observations or participants were selected, the sample size and its rationale, experimental units, exclusions, randomization, blinding, repetitions, and the procedure. Address any approvals, consent, or safety requirements that applied.]</w:t>
      </w:r>
    </w:p>
    <w:p>
      <w:pPr>
        <w:pStyle w:val="Heading2"/>
      </w:pPr>
      <w:r>
        <w:t>Analysis</w:t>
      </w:r>
    </w:p>
    <w:p>
      <w:r>
        <w:rPr>
          <w:b w:val="0"/>
        </w:rPr>
        <w:t>[Specify the analysis, assumptions, uncertainty estimates, and handling of missing data. Identify preregistered decisions and explain deviations. Report exploratory choices openly.]</w:t>
      </w:r>
    </w:p>
    <w:p>
      <w:pPr>
        <w:pStyle w:val="Heading1"/>
      </w:pPr>
      <w:r>
        <w:t>Results</w:t>
      </w:r>
    </w:p>
    <w:p>
      <w:r>
        <w:rPr>
          <w:b w:val="0"/>
        </w:rPr>
        <w:t>[Describe the findings, with effect sizes and uncertainty where appropriate. Refer to each figure and table in the text. Separate observations from interpretation and avoid treating a nonsignificant result as evidence of equivalence.]</w:t>
      </w:r>
    </w:p>
    <w:p>
      <w:pPr>
        <w:pStyle w:val="Heading1"/>
      </w:pPr>
      <w:r>
        <w:t>Discussion</w:t>
      </w:r>
    </w:p>
    <w:p>
      <w:r>
        <w:rPr>
          <w:b w:val="0"/>
        </w:rPr>
        <w:t>[Explain how the findings address the question, how they relate to prior work, and which alternative explanations remain. Discuss limitations and the scope of any generalization. A small conclusion is fine when that is what the evidence supports.]</w:t>
      </w:r>
    </w:p>
    <w:p>
      <w:pPr>
        <w:pStyle w:val="Heading1"/>
      </w:pPr>
      <w:r>
        <w:t>Data Availability</w:t>
      </w:r>
    </w:p>
    <w:p>
      <w:r>
        <w:rPr>
          <w:b w:val="0"/>
        </w:rPr>
        <w:t>[Journal requirement: provide persistent links and version information for data, code, protocols, and design files, or explain specific access restrictions.]</w:t>
      </w:r>
    </w:p>
    <w:p>
      <w:pPr>
        <w:pStyle w:val="Heading1"/>
      </w:pPr>
      <w:r>
        <w:t>Declarations</w:t>
      </w:r>
    </w:p>
    <w:p>
      <w:r>
        <w:rPr>
          <w:b w:val="0"/>
        </w:rPr>
        <w:t>[Journal requirement: state funding, conflicts of interest, author contributions, applicable ethical approvals and consent, and material use of generative AI. Write “None” or “Not applicable” where accurate, and remove these instructions.]</w:t>
      </w:r>
    </w:p>
    <w:p>
      <w:r>
        <w:br w:type="page"/>
      </w:r>
    </w:p>
    <w:p>
      <w:pPr>
        <w:pStyle w:val="Heading1"/>
      </w:pPr>
      <w:r>
        <w:t>References</w:t>
      </w:r>
    </w:p>
    <w:p>
      <w:pPr>
        <w:ind w:left="720" w:hanging="720"/>
      </w:pPr>
      <w:r>
        <w:rPr>
          <w:b w:val="0"/>
        </w:rPr>
        <w:t>[Author, A. A., &amp; Author, B. B. (Year). Title of article in sentence case. Journal Title, volume(issue), page range or article number. https://doi.org/xxxxx]</w:t>
      </w:r>
    </w:p>
    <w:p>
      <w:pPr>
        <w:ind w:firstLine="0"/>
      </w:pPr>
      <w:r>
        <w:rPr>
          <w:b w:val="0"/>
        </w:rPr>
        <w:t>[Replace this structural example with verified references. Italicize the journal title and volume. Cite every listed work in the text using APA author–date citations, and include every cited work in this list. Alphabetize entries and retain the hanging indent. Do not invent references or DOI identifiers.]</w:t>
      </w:r>
    </w:p>
    <w:p>
      <w:r>
        <w:br w:type="page"/>
      </w:r>
    </w:p>
    <w:p>
      <w:pPr>
        <w:ind w:firstLine="0"/>
      </w:pPr>
      <w:r>
        <w:rPr>
          <w:b/>
        </w:rPr>
        <w:t>Table 1</w:t>
      </w:r>
    </w:p>
    <w:p>
      <w:pPr>
        <w:ind w:firstLine="0"/>
      </w:pPr>
      <w:r>
        <w:rPr>
          <w:b w:val="0"/>
          <w:i/>
        </w:rPr>
        <w:t>[Descriptive Table Title in Title Case]</w:t>
      </w:r>
    </w:p>
    <w:tbl>
      <w:tblPr>
        <w:tblW w:type="auto" w:w="0"/>
        <w:tblLook w:firstColumn="1" w:firstRow="1" w:lastColumn="0" w:lastRow="0" w:noHBand="0" w:noVBand="1" w:val="04A0"/>
      </w:tblPr>
      <w:tblGrid>
        <w:gridCol w:w="3120"/>
        <w:gridCol w:w="3120"/>
        <w:gridCol w:w="3120"/>
      </w:tblGrid>
      <w:tr>
        <w:tc>
          <w:tcPr>
            <w:tcW w:type="dxa" w:w="3120"/>
            <w:tcBorders>
              <w:top w:val="single" w:sz="6"/>
              <w:bottom w:val="single" w:sz="6"/>
              <w:left w:val="nil" w:sz="6"/>
              <w:right w:val="nil" w:sz="6"/>
            </w:tcBorders>
          </w:tcPr>
          <w:p>
            <w:pPr>
              <w:ind w:firstLine="0"/>
            </w:pPr>
            <w:r>
              <w:t>[Condition]</w:t>
            </w:r>
          </w:p>
        </w:tc>
        <w:tc>
          <w:tcPr>
            <w:tcW w:type="dxa" w:w="3120"/>
            <w:tcBorders>
              <w:top w:val="single" w:sz="6"/>
              <w:bottom w:val="single" w:sz="6"/>
              <w:left w:val="nil" w:sz="6"/>
              <w:right w:val="nil" w:sz="6"/>
            </w:tcBorders>
          </w:tcPr>
          <w:p>
            <w:pPr>
              <w:ind w:firstLine="0"/>
            </w:pPr>
            <w:r>
              <w:t>[Measure]</w:t>
            </w:r>
          </w:p>
        </w:tc>
        <w:tc>
          <w:tcPr>
            <w:tcW w:type="dxa" w:w="3120"/>
            <w:tcBorders>
              <w:top w:val="single" w:sz="6"/>
              <w:bottom w:val="single" w:sz="6"/>
              <w:left w:val="nil" w:sz="6"/>
              <w:right w:val="nil" w:sz="6"/>
            </w:tcBorders>
          </w:tcPr>
          <w:p>
            <w:pPr>
              <w:ind w:firstLine="0"/>
            </w:pPr>
            <w:r>
              <w:t>[Uncertainty]</w:t>
            </w:r>
          </w:p>
        </w:tc>
      </w:tr>
      <w:tr>
        <w:tc>
          <w:tcPr>
            <w:tcW w:type="dxa" w:w="3120"/>
            <w:tcBorders>
              <w:top w:val="nil" w:sz="6"/>
              <w:bottom w:val="nil" w:sz="6"/>
              <w:left w:val="nil" w:sz="6"/>
              <w:right w:val="nil" w:sz="6"/>
            </w:tcBorders>
          </w:tcPr>
          <w:p>
            <w:pPr>
              <w:ind w:firstLine="0"/>
            </w:pPr>
            <w:r>
              <w:t>[A]</w:t>
            </w:r>
          </w:p>
        </w:tc>
        <w:tc>
          <w:tcPr>
            <w:tcW w:type="dxa" w:w="3120"/>
            <w:tcBorders>
              <w:top w:val="nil" w:sz="6"/>
              <w:bottom w:val="nil" w:sz="6"/>
              <w:left w:val="nil" w:sz="6"/>
              <w:right w:val="nil" w:sz="6"/>
            </w:tcBorders>
          </w:tcPr>
          <w:p>
            <w:pPr>
              <w:ind w:firstLine="0"/>
            </w:pPr>
            <w:r>
              <w:t>[Value]</w:t>
            </w:r>
          </w:p>
        </w:tc>
        <w:tc>
          <w:tcPr>
            <w:tcW w:type="dxa" w:w="3120"/>
            <w:tcBorders>
              <w:top w:val="nil" w:sz="6"/>
              <w:bottom w:val="nil" w:sz="6"/>
              <w:left w:val="nil" w:sz="6"/>
              <w:right w:val="nil" w:sz="6"/>
            </w:tcBorders>
          </w:tcPr>
          <w:p>
            <w:pPr>
              <w:ind w:firstLine="0"/>
            </w:pPr>
            <w:r>
              <w:t>[Value]</w:t>
            </w:r>
          </w:p>
        </w:tc>
      </w:tr>
      <w:tr>
        <w:tc>
          <w:tcPr>
            <w:tcW w:type="dxa" w:w="3120"/>
            <w:tcBorders>
              <w:top w:val="nil" w:sz="6"/>
              <w:bottom w:val="single" w:sz="6"/>
              <w:left w:val="nil" w:sz="6"/>
              <w:right w:val="nil" w:sz="6"/>
            </w:tcBorders>
          </w:tcPr>
          <w:p>
            <w:pPr>
              <w:ind w:firstLine="0"/>
            </w:pPr>
            <w:r>
              <w:t>[B]</w:t>
            </w:r>
          </w:p>
        </w:tc>
        <w:tc>
          <w:tcPr>
            <w:tcW w:type="dxa" w:w="3120"/>
            <w:tcBorders>
              <w:top w:val="nil" w:sz="6"/>
              <w:bottom w:val="single" w:sz="6"/>
              <w:left w:val="nil" w:sz="6"/>
              <w:right w:val="nil" w:sz="6"/>
            </w:tcBorders>
          </w:tcPr>
          <w:p>
            <w:pPr>
              <w:ind w:firstLine="0"/>
            </w:pPr>
            <w:r>
              <w:t>[Value]</w:t>
            </w:r>
          </w:p>
        </w:tc>
        <w:tc>
          <w:tcPr>
            <w:tcW w:type="dxa" w:w="3120"/>
            <w:tcBorders>
              <w:top w:val="nil" w:sz="6"/>
              <w:bottom w:val="single" w:sz="6"/>
              <w:left w:val="nil" w:sz="6"/>
              <w:right w:val="nil" w:sz="6"/>
            </w:tcBorders>
          </w:tcPr>
          <w:p>
            <w:pPr>
              <w:ind w:firstLine="0"/>
            </w:pPr>
            <w:r>
              <w:t>[Value]</w:t>
            </w:r>
          </w:p>
        </w:tc>
      </w:tr>
    </w:tbl>
    <w:p>
      <w:pPr>
        <w:ind w:firstLine="0"/>
      </w:pPr>
      <w:r>
        <w:rPr>
          <w:b w:val="0"/>
        </w:rPr>
      </w:r>
      <w:r>
        <w:rPr>
          <w:i/>
        </w:rPr>
        <w:t xml:space="preserve">Note. </w:t>
      </w:r>
      <w:r>
        <w:t>[Define abbreviations, units, and uncertainty measures. Replace the example table with your data. Tables may instead be embedded after their first mention.]</w:t>
      </w:r>
    </w:p>
    <w:p>
      <w:r>
        <w:br w:type="page"/>
      </w:r>
    </w:p>
    <w:p>
      <w:pPr>
        <w:ind w:firstLine="0"/>
      </w:pPr>
      <w:r>
        <w:rPr>
          <w:b/>
        </w:rPr>
        <w:t>Figure 1</w:t>
      </w:r>
    </w:p>
    <w:p>
      <w:pPr>
        <w:ind w:firstLine="0"/>
      </w:pPr>
      <w:r>
        <w:rPr>
          <w:b w:val="0"/>
          <w:i/>
        </w:rPr>
        <w:t>[Descriptive Figure Title in Title Case]</w:t>
      </w:r>
    </w:p>
    <w:p>
      <w:pPr>
        <w:ind w:firstLine="0"/>
      </w:pPr>
      <w:r>
        <w:rPr>
          <w:b w:val="0"/>
        </w:rPr>
        <w:t>[Insert a legible figure here. Label axes and include units. Use symbols and colors that remain distinguishable when printed or viewed with color vision differences.]</w:t>
      </w:r>
    </w:p>
    <w:p>
      <w:pPr>
        <w:ind w:firstLine="0"/>
      </w:pPr>
      <w:r>
        <w:rPr>
          <w:b w:val="0"/>
        </w:rPr>
      </w:r>
      <w:r>
        <w:rPr>
          <w:i/>
        </w:rPr>
        <w:t xml:space="preserve">Note. </w:t>
      </w:r>
      <w:r>
        <w:t>[Explain symbols, error bars, sample sizes, and any permissions or attribution. Figures may instead be embedded after their first mention.]</w:t>
      </w:r>
    </w:p>
    <w:sectPr w:rsidR="00FC693F" w:rsidRPr="0006063C" w:rsidSect="00034616">
      <w:head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360" w:val="right"/>
      </w:tabs>
      <w:ind w:firstLine="0"/>
    </w:pPr>
    <w:r>
      <w:t>[SHORT TITLE IN CAPITALS]</w:t>
    </w:r>
    <w:r>
      <w:tab/>
    </w:r>
    <w:fldSimple w:instr="PAG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before="0" w:after="0"/>
      <w:ind w:firstLine="72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480" w:lineRule="auto"/>
      <w:ind w:firstLine="0"/>
      <w:jc w:val="center"/>
      <w:outlineLvl w:val="0"/>
    </w:pPr>
    <w:rPr>
      <w:rFonts w:asciiTheme="majorHAnsi" w:eastAsiaTheme="majorEastAsia" w:hAnsiTheme="majorHAnsi" w:cstheme="majorBidi" w:ascii="Times New Roman" w:hAnsi="Times New Roman"/>
      <w:b/>
      <w:bCs/>
      <w:i w:val="0"/>
      <w:sz w:val="24"/>
      <w:szCs w:val="28"/>
    </w:rPr>
  </w:style>
  <w:style w:type="paragraph" w:styleId="Heading2">
    <w:name w:val="heading 2"/>
    <w:basedOn w:val="Normal"/>
    <w:next w:val="Normal"/>
    <w:link w:val="Heading2Char"/>
    <w:uiPriority w:val="9"/>
    <w:unhideWhenUsed/>
    <w:qFormat/>
    <w:rsid w:val="00FC693F"/>
    <w:pPr>
      <w:keepNext/>
      <w:keepLines/>
      <w:spacing w:before="0" w:after="0" w:line="480" w:lineRule="auto"/>
      <w:ind w:firstLine="0"/>
      <w:jc w:val="left"/>
      <w:outlineLvl w:val="1"/>
    </w:pPr>
    <w:rPr>
      <w:rFonts w:asciiTheme="majorHAnsi" w:eastAsiaTheme="majorEastAsia" w:hAnsiTheme="majorHAnsi" w:cstheme="majorBidi" w:ascii="Times New Roman" w:hAnsi="Times New Roman"/>
      <w:b/>
      <w:bCs/>
      <w:i w:val="0"/>
      <w:sz w:val="24"/>
      <w:szCs w:val="26"/>
    </w:rPr>
  </w:style>
  <w:style w:type="paragraph" w:styleId="Heading3">
    <w:name w:val="heading 3"/>
    <w:basedOn w:val="Normal"/>
    <w:next w:val="Normal"/>
    <w:link w:val="Heading3Char"/>
    <w:uiPriority w:val="9"/>
    <w:unhideWhenUsed/>
    <w:qFormat/>
    <w:rsid w:val="00FC693F"/>
    <w:pPr>
      <w:keepNext/>
      <w:keepLines/>
      <w:spacing w:before="0" w:after="0" w:line="480" w:lineRule="auto"/>
      <w:ind w:firstLine="0"/>
      <w:jc w:val="left"/>
      <w:outlineLvl w:val="2"/>
    </w:pPr>
    <w:rPr>
      <w:rFonts w:asciiTheme="majorHAnsi" w:eastAsiaTheme="majorEastAsia" w:hAnsiTheme="majorHAnsi" w:cstheme="majorBidi" w:ascii="Times New Roman" w:hAnsi="Times New Roman"/>
      <w:b/>
      <w:bCs/>
      <w:i/>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0" w:line="480" w:lineRule="auto" w:before="0"/>
      <w:ind w:firstLine="0"/>
      <w:contextualSpacing/>
      <w:jc w:val="center"/>
    </w:pPr>
    <w:rPr>
      <w:rFonts w:asciiTheme="majorHAnsi" w:eastAsiaTheme="majorEastAsia" w:hAnsiTheme="majorHAnsi" w:cstheme="majorBidi" w:ascii="Times New Roman" w:hAnsi="Times New Roman"/>
      <w:b/>
      <w:i w:val="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of Sidequests APA 7 Manuscript Template</dc:title>
  <dc:subject>Professional manuscript format with journal-specific reporting prompts</dc:subject>
  <dc:creator>Journal of Sidequests</dc:creator>
  <cp:keywords/>
  <dc:description>generated by python-docx</dc:description>
  <cp:lastModifiedBy/>
  <cp:revision>1</cp:revision>
  <dcterms:created xsi:type="dcterms:W3CDTF">2013-12-23T23:15:00Z</dcterms:created>
  <dcterms:modified xsi:type="dcterms:W3CDTF">2013-12-23T23:15:00Z</dcterms:modified>
  <cp:category/>
</cp:coreProperties>
</file>